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42959" w14:textId="77777777" w:rsidR="0090270E" w:rsidRDefault="00C3143A">
      <w:pPr>
        <w:jc w:val="center"/>
      </w:pPr>
      <w:r>
        <w:rPr>
          <w:b/>
          <w:sz w:val="28"/>
        </w:rPr>
        <w:t>R. MANISHA</w:t>
      </w:r>
    </w:p>
    <w:p w14:paraId="53D2F89F" w14:textId="77777777" w:rsidR="0090270E" w:rsidRDefault="00C3143A">
      <w:pPr>
        <w:jc w:val="center"/>
      </w:pPr>
      <w:r>
        <w:t>Radiotherapy Technologist</w:t>
      </w:r>
    </w:p>
    <w:p w14:paraId="5F98DBEE" w14:textId="77777777" w:rsidR="0090270E" w:rsidRDefault="00C3143A">
      <w:pPr>
        <w:jc w:val="center"/>
      </w:pPr>
      <w:r>
        <w:t>📧 anishmanisha24@gmail.com | 📞 9159081635</w:t>
      </w:r>
    </w:p>
    <w:p w14:paraId="063A1015" w14:textId="77777777" w:rsidR="0090270E" w:rsidRDefault="00C3143A">
      <w:pPr>
        <w:pStyle w:val="Heading2"/>
      </w:pPr>
      <w:r>
        <w:br/>
        <w:t>OBJECTIVE</w:t>
      </w:r>
    </w:p>
    <w:p w14:paraId="69E2961C" w14:textId="77777777" w:rsidR="00DB0F3A" w:rsidRDefault="00C3143A" w:rsidP="00DB0F3A">
      <w:pPr>
        <w:pStyle w:val="ListParagraph"/>
        <w:numPr>
          <w:ilvl w:val="0"/>
          <w:numId w:val="11"/>
        </w:numPr>
      </w:pPr>
      <w:r>
        <w:t xml:space="preserve">AERB Certified &amp; Licensed Radiotherapist with hands-on experience using advanced radiotherapy machines (e.g., Varian </w:t>
      </w:r>
      <w:proofErr w:type="spellStart"/>
      <w:r>
        <w:t>TrueBeam</w:t>
      </w:r>
      <w:proofErr w:type="spellEnd"/>
      <w:r>
        <w:t xml:space="preserve"> SVC model).</w:t>
      </w:r>
    </w:p>
    <w:p w14:paraId="4E178444" w14:textId="77777777" w:rsidR="00DB0F3A" w:rsidRDefault="00C3143A" w:rsidP="00DB0F3A">
      <w:pPr>
        <w:pStyle w:val="ListParagraph"/>
        <w:numPr>
          <w:ilvl w:val="0"/>
          <w:numId w:val="11"/>
        </w:numPr>
      </w:pPr>
      <w:r>
        <w:t>Completed a one-year internship in departments including Radiotherapy (</w:t>
      </w:r>
      <w:proofErr w:type="spellStart"/>
      <w:r>
        <w:t>Linac</w:t>
      </w:r>
      <w:proofErr w:type="spellEnd"/>
      <w:r>
        <w:t xml:space="preserve">, Cobalt-60, &amp; CT Simulation), </w:t>
      </w:r>
      <w:proofErr w:type="spellStart"/>
      <w:r>
        <w:t>Radiodiagnosis</w:t>
      </w:r>
      <w:proofErr w:type="spellEnd"/>
      <w:r>
        <w:t xml:space="preserve"> (CR, DR &amp; CT), and Nuclear Medicine (SPECT CT).</w:t>
      </w:r>
    </w:p>
    <w:p w14:paraId="6801DAC8" w14:textId="77777777" w:rsidR="00DB0F3A" w:rsidRDefault="00C3143A" w:rsidP="00DB0F3A">
      <w:pPr>
        <w:pStyle w:val="ListParagraph"/>
        <w:numPr>
          <w:ilvl w:val="0"/>
          <w:numId w:val="11"/>
        </w:numPr>
      </w:pPr>
      <w:r>
        <w:t>Committed to maintaining confidentiality of patient and hospital records while following institutional protocols</w:t>
      </w:r>
    </w:p>
    <w:p w14:paraId="2D037CD0" w14:textId="77777777" w:rsidR="00DB0F3A" w:rsidRDefault="00C3143A" w:rsidP="00DB0F3A">
      <w:pPr>
        <w:pStyle w:val="ListParagraph"/>
        <w:numPr>
          <w:ilvl w:val="0"/>
          <w:numId w:val="11"/>
        </w:numPr>
      </w:pPr>
      <w:r>
        <w:t>Possess strong interpersonal and communication skills with a pleasant demeanor.</w:t>
      </w:r>
    </w:p>
    <w:p w14:paraId="7C87A834" w14:textId="79D7F6A7" w:rsidR="0090270E" w:rsidRDefault="00C3143A" w:rsidP="00DB0F3A">
      <w:pPr>
        <w:pStyle w:val="ListParagraph"/>
        <w:numPr>
          <w:ilvl w:val="0"/>
          <w:numId w:val="11"/>
        </w:numPr>
      </w:pPr>
      <w:r>
        <w:t>Highly motivated to learn new technologies and provide optimal patient care throughout radiotherapy procedures.</w:t>
      </w:r>
      <w:r>
        <w:br/>
      </w:r>
    </w:p>
    <w:p w14:paraId="7B4CC407" w14:textId="77777777" w:rsidR="0090270E" w:rsidRDefault="00C3143A">
      <w:pPr>
        <w:pStyle w:val="Heading2"/>
      </w:pPr>
      <w:r>
        <w:t>EDUCATIONAL QUALIFICATION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873"/>
        <w:gridCol w:w="1728"/>
        <w:gridCol w:w="1728"/>
        <w:gridCol w:w="1728"/>
      </w:tblGrid>
      <w:tr w:rsidR="0090270E" w14:paraId="50A51DE9" w14:textId="77777777">
        <w:tc>
          <w:tcPr>
            <w:tcW w:w="1728" w:type="dxa"/>
          </w:tcPr>
          <w:p w14:paraId="4B094B62" w14:textId="77777777" w:rsidR="0090270E" w:rsidRDefault="00C3143A">
            <w:r>
              <w:t>Course</w:t>
            </w:r>
          </w:p>
        </w:tc>
        <w:tc>
          <w:tcPr>
            <w:tcW w:w="1728" w:type="dxa"/>
          </w:tcPr>
          <w:p w14:paraId="3E9DDEC5" w14:textId="77777777" w:rsidR="0090270E" w:rsidRDefault="00C3143A">
            <w:r>
              <w:t>Board/University</w:t>
            </w:r>
          </w:p>
        </w:tc>
        <w:tc>
          <w:tcPr>
            <w:tcW w:w="1728" w:type="dxa"/>
          </w:tcPr>
          <w:p w14:paraId="4978022F" w14:textId="77777777" w:rsidR="0090270E" w:rsidRDefault="00C3143A">
            <w:r>
              <w:t>Institution</w:t>
            </w:r>
          </w:p>
        </w:tc>
        <w:tc>
          <w:tcPr>
            <w:tcW w:w="1728" w:type="dxa"/>
          </w:tcPr>
          <w:p w14:paraId="1BF89E04" w14:textId="7FDBD81F" w:rsidR="0090270E" w:rsidRPr="00922F75" w:rsidRDefault="00C3143A">
            <w:pPr>
              <w:rPr>
                <w:i/>
                <w:iCs/>
              </w:rPr>
            </w:pPr>
            <w:r>
              <w:t xml:space="preserve"> </w:t>
            </w:r>
            <w:r w:rsidR="00412141">
              <w:t>%</w:t>
            </w:r>
          </w:p>
        </w:tc>
        <w:tc>
          <w:tcPr>
            <w:tcW w:w="1728" w:type="dxa"/>
          </w:tcPr>
          <w:p w14:paraId="2BD2CA3C" w14:textId="77777777" w:rsidR="0090270E" w:rsidRDefault="00C3143A">
            <w:r>
              <w:t>Year</w:t>
            </w:r>
          </w:p>
        </w:tc>
      </w:tr>
      <w:tr w:rsidR="0090270E" w14:paraId="3C7B6004" w14:textId="77777777">
        <w:tc>
          <w:tcPr>
            <w:tcW w:w="1728" w:type="dxa"/>
          </w:tcPr>
          <w:p w14:paraId="697963BC" w14:textId="77777777" w:rsidR="0090270E" w:rsidRDefault="00C3143A">
            <w:proofErr w:type="spellStart"/>
            <w:r>
              <w:t>B.Sc</w:t>
            </w:r>
            <w:proofErr w:type="spellEnd"/>
            <w:r>
              <w:t xml:space="preserve"> (Radiotherapy Technology)</w:t>
            </w:r>
          </w:p>
        </w:tc>
        <w:tc>
          <w:tcPr>
            <w:tcW w:w="1728" w:type="dxa"/>
          </w:tcPr>
          <w:p w14:paraId="70F4194E" w14:textId="77777777" w:rsidR="0090270E" w:rsidRDefault="00C3143A">
            <w:r>
              <w:t>Tamil Nadu MGR University</w:t>
            </w:r>
          </w:p>
        </w:tc>
        <w:tc>
          <w:tcPr>
            <w:tcW w:w="1728" w:type="dxa"/>
          </w:tcPr>
          <w:p w14:paraId="5F7BC8C2" w14:textId="77777777" w:rsidR="0090270E" w:rsidRDefault="00C3143A">
            <w:r>
              <w:t xml:space="preserve">Govt. </w:t>
            </w:r>
            <w:proofErr w:type="spellStart"/>
            <w:r>
              <w:t>Kilpauk</w:t>
            </w:r>
            <w:proofErr w:type="spellEnd"/>
            <w:r>
              <w:t xml:space="preserve"> Medical College &amp; Govt. </w:t>
            </w:r>
            <w:proofErr w:type="spellStart"/>
            <w:r>
              <w:t>Royapettah</w:t>
            </w:r>
            <w:proofErr w:type="spellEnd"/>
            <w:r>
              <w:t xml:space="preserve"> Hospital</w:t>
            </w:r>
          </w:p>
        </w:tc>
        <w:tc>
          <w:tcPr>
            <w:tcW w:w="1728" w:type="dxa"/>
          </w:tcPr>
          <w:p w14:paraId="2AD1AB3F" w14:textId="77777777" w:rsidR="0090270E" w:rsidRDefault="00C3143A">
            <w:r>
              <w:t>74%</w:t>
            </w:r>
          </w:p>
        </w:tc>
        <w:tc>
          <w:tcPr>
            <w:tcW w:w="1728" w:type="dxa"/>
          </w:tcPr>
          <w:p w14:paraId="48A35186" w14:textId="77777777" w:rsidR="0090270E" w:rsidRDefault="00C3143A">
            <w:r>
              <w:t>2025</w:t>
            </w:r>
          </w:p>
        </w:tc>
      </w:tr>
      <w:tr w:rsidR="0090270E" w14:paraId="2F311181" w14:textId="77777777">
        <w:tc>
          <w:tcPr>
            <w:tcW w:w="1728" w:type="dxa"/>
          </w:tcPr>
          <w:p w14:paraId="641F473A" w14:textId="77777777" w:rsidR="0090270E" w:rsidRDefault="00C3143A">
            <w:r>
              <w:t>H.S.C</w:t>
            </w:r>
          </w:p>
        </w:tc>
        <w:tc>
          <w:tcPr>
            <w:tcW w:w="1728" w:type="dxa"/>
          </w:tcPr>
          <w:p w14:paraId="1EFC6ABE" w14:textId="77777777" w:rsidR="0090270E" w:rsidRDefault="00C3143A">
            <w:r>
              <w:t>State Board</w:t>
            </w:r>
          </w:p>
        </w:tc>
        <w:tc>
          <w:tcPr>
            <w:tcW w:w="1728" w:type="dxa"/>
          </w:tcPr>
          <w:p w14:paraId="5497B95D" w14:textId="77777777" w:rsidR="0090270E" w:rsidRDefault="00C3143A">
            <w:proofErr w:type="spellStart"/>
            <w:r>
              <w:t>Kalaimagal</w:t>
            </w:r>
            <w:proofErr w:type="spellEnd"/>
            <w:r>
              <w:t xml:space="preserve"> Matric Hr. Sec. School, </w:t>
            </w:r>
            <w:proofErr w:type="spellStart"/>
            <w:r>
              <w:t>Kattumarkoil</w:t>
            </w:r>
            <w:proofErr w:type="spellEnd"/>
          </w:p>
        </w:tc>
        <w:tc>
          <w:tcPr>
            <w:tcW w:w="1728" w:type="dxa"/>
          </w:tcPr>
          <w:p w14:paraId="5BAF036B" w14:textId="77777777" w:rsidR="0090270E" w:rsidRDefault="00C3143A">
            <w:r>
              <w:t>69%</w:t>
            </w:r>
          </w:p>
        </w:tc>
        <w:tc>
          <w:tcPr>
            <w:tcW w:w="1728" w:type="dxa"/>
          </w:tcPr>
          <w:p w14:paraId="64230985" w14:textId="77777777" w:rsidR="0090270E" w:rsidRDefault="00C3143A">
            <w:r>
              <w:t>2020</w:t>
            </w:r>
          </w:p>
        </w:tc>
      </w:tr>
      <w:tr w:rsidR="0090270E" w14:paraId="3AC95A1C" w14:textId="77777777">
        <w:tc>
          <w:tcPr>
            <w:tcW w:w="1728" w:type="dxa"/>
          </w:tcPr>
          <w:p w14:paraId="087941B5" w14:textId="77777777" w:rsidR="0090270E" w:rsidRDefault="00C3143A">
            <w:r>
              <w:t>S.S.L.C</w:t>
            </w:r>
          </w:p>
        </w:tc>
        <w:tc>
          <w:tcPr>
            <w:tcW w:w="1728" w:type="dxa"/>
          </w:tcPr>
          <w:p w14:paraId="2EDA66F1" w14:textId="77777777" w:rsidR="0090270E" w:rsidRDefault="00C3143A">
            <w:r>
              <w:t>State Board</w:t>
            </w:r>
          </w:p>
        </w:tc>
        <w:tc>
          <w:tcPr>
            <w:tcW w:w="1728" w:type="dxa"/>
          </w:tcPr>
          <w:p w14:paraId="0BABE925" w14:textId="77777777" w:rsidR="0090270E" w:rsidRDefault="00C3143A">
            <w:r>
              <w:t xml:space="preserve">R.C. High School, </w:t>
            </w:r>
            <w:proofErr w:type="spellStart"/>
            <w:r>
              <w:t>Kattumannar</w:t>
            </w:r>
            <w:proofErr w:type="spellEnd"/>
            <w:r>
              <w:t xml:space="preserve"> </w:t>
            </w:r>
            <w:proofErr w:type="spellStart"/>
            <w:r>
              <w:t>Koil</w:t>
            </w:r>
            <w:proofErr w:type="spellEnd"/>
          </w:p>
        </w:tc>
        <w:tc>
          <w:tcPr>
            <w:tcW w:w="1728" w:type="dxa"/>
          </w:tcPr>
          <w:p w14:paraId="5D1BEFC1" w14:textId="77777777" w:rsidR="0090270E" w:rsidRDefault="00C3143A">
            <w:r>
              <w:t>83%</w:t>
            </w:r>
          </w:p>
        </w:tc>
        <w:tc>
          <w:tcPr>
            <w:tcW w:w="1728" w:type="dxa"/>
          </w:tcPr>
          <w:p w14:paraId="13C9AB9D" w14:textId="77777777" w:rsidR="0090270E" w:rsidRDefault="00C3143A">
            <w:r>
              <w:t>2018</w:t>
            </w:r>
          </w:p>
        </w:tc>
      </w:tr>
    </w:tbl>
    <w:p w14:paraId="5992C73A" w14:textId="77777777" w:rsidR="0090270E" w:rsidRDefault="00C3143A">
      <w:pPr>
        <w:pStyle w:val="Heading2"/>
      </w:pPr>
      <w:r>
        <w:t>WORKING KNOWLEDGE ON EQUIPMENT</w:t>
      </w:r>
    </w:p>
    <w:p w14:paraId="6EF1DADA" w14:textId="06A405CB" w:rsidR="0090270E" w:rsidRDefault="00223D12" w:rsidP="005C1D4E">
      <w:pPr>
        <w:ind w:left="360"/>
      </w:pPr>
      <w:r>
        <w:t>•</w:t>
      </w:r>
      <w:r w:rsidR="00C3143A">
        <w:t xml:space="preserve"> Tele-gamma Units:</w:t>
      </w:r>
      <w:r w:rsidR="0075301B">
        <w:t xml:space="preserve">   </w:t>
      </w:r>
      <w:r w:rsidR="00C3143A">
        <w:t xml:space="preserve"> </w:t>
      </w:r>
      <w:proofErr w:type="spellStart"/>
      <w:r w:rsidR="00C3143A">
        <w:t>Theratron</w:t>
      </w:r>
      <w:proofErr w:type="spellEnd"/>
      <w:r w:rsidR="00C3143A">
        <w:t xml:space="preserve"> Phoenix &amp; Equinox</w:t>
      </w:r>
      <w:r w:rsidR="00C3143A">
        <w:br/>
      </w:r>
      <w:r>
        <w:t xml:space="preserve">• </w:t>
      </w:r>
      <w:r w:rsidR="00C3143A">
        <w:t xml:space="preserve">Linear Accelerators: Varian </w:t>
      </w:r>
      <w:proofErr w:type="spellStart"/>
      <w:r w:rsidR="00C3143A">
        <w:t>TrueBeam</w:t>
      </w:r>
      <w:proofErr w:type="spellEnd"/>
      <w:r w:rsidR="00C3143A">
        <w:t xml:space="preserve"> SVC (Millennium MLC, OBI)</w:t>
      </w:r>
      <w:r w:rsidR="00C3143A">
        <w:br/>
        <w:t xml:space="preserve">  </w:t>
      </w:r>
      <w:r w:rsidR="001062A3">
        <w:t xml:space="preserve"> </w:t>
      </w:r>
      <w:r w:rsidR="00C3143A">
        <w:t>Software: Aria Oncology (15.1 version)</w:t>
      </w:r>
      <w:r w:rsidR="00C3143A">
        <w:br/>
      </w:r>
      <w:r w:rsidR="001062A3">
        <w:t xml:space="preserve">• </w:t>
      </w:r>
      <w:r w:rsidR="00C3143A">
        <w:t xml:space="preserve">CT Simulator: Siemens </w:t>
      </w:r>
      <w:proofErr w:type="spellStart"/>
      <w:r w:rsidR="00C3143A">
        <w:t>Somatom</w:t>
      </w:r>
      <w:proofErr w:type="spellEnd"/>
      <w:r w:rsidR="00C3143A">
        <w:t xml:space="preserve"> Definition AS (20 Slice CT, 80cm Bore)Software: </w:t>
      </w:r>
      <w:proofErr w:type="spellStart"/>
      <w:r w:rsidR="00C3143A">
        <w:t>Somaris</w:t>
      </w:r>
      <w:proofErr w:type="spellEnd"/>
      <w:r w:rsidR="00C3143A">
        <w:t>/7, syngoCT-VA48A</w:t>
      </w:r>
      <w:r w:rsidR="00C3143A">
        <w:br/>
      </w:r>
      <w:r w:rsidR="008F3E1D">
        <w:t>•</w:t>
      </w:r>
      <w:r w:rsidR="00C3143A">
        <w:t xml:space="preserve"> Radiology CT:</w:t>
      </w:r>
      <w:r w:rsidR="00BE4128">
        <w:t xml:space="preserve">   </w:t>
      </w:r>
      <w:r w:rsidR="00C3143A">
        <w:t xml:space="preserve"> Toshiba 16 Slice CT, Siemens 20 Slice CT (Angiography)</w:t>
      </w:r>
      <w:r w:rsidR="00C3143A">
        <w:br/>
      </w:r>
      <w:r w:rsidR="00BE4128">
        <w:t>•</w:t>
      </w:r>
      <w:r w:rsidR="00C3143A">
        <w:t>Brachytherapy:</w:t>
      </w:r>
      <w:r w:rsidR="00BE4128">
        <w:t xml:space="preserve"> </w:t>
      </w:r>
      <w:r w:rsidR="00C3143A">
        <w:t xml:space="preserve"> </w:t>
      </w:r>
      <w:proofErr w:type="spellStart"/>
      <w:r w:rsidR="00C3143A">
        <w:t>MicroSelectron</w:t>
      </w:r>
      <w:proofErr w:type="spellEnd"/>
      <w:r w:rsidR="00C3143A">
        <w:t xml:space="preserve"> HDR (Iridium-192), 18 Channel (Vault, ICA &amp; ISBT Cases)</w:t>
      </w:r>
      <w:r w:rsidR="00C3143A">
        <w:br/>
      </w:r>
    </w:p>
    <w:p w14:paraId="4F65D4C8" w14:textId="77777777" w:rsidR="0090270E" w:rsidRDefault="00C3143A">
      <w:pPr>
        <w:pStyle w:val="Heading2"/>
      </w:pPr>
      <w:r>
        <w:t>CONFERENCES ATTENDED</w:t>
      </w:r>
    </w:p>
    <w:p w14:paraId="10A0D29A" w14:textId="1C9491B1" w:rsidR="0090270E" w:rsidRDefault="005C1D4E" w:rsidP="005E7854">
      <w:pPr>
        <w:ind w:left="360"/>
      </w:pPr>
      <w:r>
        <w:t>●</w:t>
      </w:r>
      <w:r w:rsidR="00C3143A">
        <w:t xml:space="preserve">ARTTICON – 1st Annual Conference of Radiotherapy Technologists Association at </w:t>
      </w:r>
      <w:proofErr w:type="spellStart"/>
      <w:r w:rsidR="00C3143A">
        <w:t>Meenakshi</w:t>
      </w:r>
      <w:proofErr w:type="spellEnd"/>
      <w:r w:rsidR="00C3143A">
        <w:t xml:space="preserve"> Mission Hospital &amp; Research Centre – 3rd December 2023</w:t>
      </w:r>
      <w:r w:rsidR="00C3143A">
        <w:br/>
      </w:r>
      <w:r>
        <w:t>●</w:t>
      </w:r>
      <w:r w:rsidR="00C3143A">
        <w:t xml:space="preserve">ARTTN-CME &amp; Workshop – High Precision Radiotherapy at </w:t>
      </w:r>
      <w:proofErr w:type="spellStart"/>
      <w:r w:rsidR="00C3143A">
        <w:t>Harshamitra</w:t>
      </w:r>
      <w:proofErr w:type="spellEnd"/>
      <w:r w:rsidR="00C3143A">
        <w:t xml:space="preserve"> Cancer &amp; Multi-</w:t>
      </w:r>
      <w:proofErr w:type="spellStart"/>
      <w:r w:rsidR="00C3143A">
        <w:t>Speciality</w:t>
      </w:r>
      <w:proofErr w:type="spellEnd"/>
      <w:r w:rsidR="00C3143A">
        <w:t xml:space="preserve"> Hospital – 18th May 2025</w:t>
      </w:r>
      <w:r w:rsidR="00C3143A">
        <w:br/>
      </w:r>
    </w:p>
    <w:p w14:paraId="04BC1E8A" w14:textId="77777777" w:rsidR="0090270E" w:rsidRDefault="00C3143A">
      <w:pPr>
        <w:pStyle w:val="Heading2"/>
      </w:pPr>
      <w:r>
        <w:t>TECHNIQUES HANDLED</w:t>
      </w:r>
    </w:p>
    <w:p w14:paraId="3FEC3746" w14:textId="77777777" w:rsidR="0090270E" w:rsidRDefault="00C3143A">
      <w:r>
        <w:t xml:space="preserve">1. Conventional (2D) Treatments – Tele-gamma and </w:t>
      </w:r>
      <w:proofErr w:type="spellStart"/>
      <w:r>
        <w:t>Linac</w:t>
      </w:r>
      <w:proofErr w:type="spellEnd"/>
      <w:r>
        <w:br/>
        <w:t>2. 3D Conformal Radiotherapy (3DCRT)</w:t>
      </w:r>
      <w:r>
        <w:br/>
        <w:t>3. Intensity-Modulated Radiotherapy (IMRT) with OBI</w:t>
      </w:r>
      <w:r>
        <w:br/>
        <w:t>4. Rapid Arc Therapy (RA)/VMAT</w:t>
      </w:r>
      <w:r>
        <w:br/>
        <w:t>5. Deep Inspiration Breath Hold (DIBH)</w:t>
      </w:r>
      <w:r>
        <w:br/>
        <w:t>6. Stereotactic Radiotherapy (SRT)/SBRT</w:t>
      </w:r>
      <w:r>
        <w:br/>
        <w:t>7. Image-Guided Radiotherapy (IGRT)</w:t>
      </w:r>
      <w:r>
        <w:br/>
      </w:r>
    </w:p>
    <w:p w14:paraId="64115989" w14:textId="77777777" w:rsidR="0090270E" w:rsidRDefault="00C3143A">
      <w:pPr>
        <w:pStyle w:val="Heading2"/>
      </w:pPr>
      <w:r>
        <w:t>SKILLS</w:t>
      </w:r>
    </w:p>
    <w:p w14:paraId="778CC806" w14:textId="77777777" w:rsidR="00007FC0" w:rsidRDefault="00A04BAC">
      <w:r>
        <w:t>1.</w:t>
      </w:r>
      <w:r w:rsidR="00C3143A">
        <w:t>Patient Management: Handling special procedures (e.g., tracheostomy, Ryle’s tube patients)</w:t>
      </w:r>
      <w:r w:rsidR="00C3143A">
        <w:br/>
      </w:r>
      <w:r>
        <w:t>2.</w:t>
      </w:r>
      <w:r w:rsidR="00C3143A">
        <w:t xml:space="preserve">Mould Room Techniques: Electron cut-outs, </w:t>
      </w:r>
      <w:proofErr w:type="spellStart"/>
      <w:r w:rsidR="00C3143A">
        <w:t>mould</w:t>
      </w:r>
      <w:proofErr w:type="spellEnd"/>
      <w:r w:rsidR="00C3143A">
        <w:t xml:space="preserve"> preparation</w:t>
      </w:r>
      <w:r w:rsidR="00C3143A">
        <w:br/>
      </w:r>
      <w:r w:rsidR="00007FC0">
        <w:t>3.</w:t>
      </w:r>
      <w:r w:rsidR="00C3143A">
        <w:t>Image Matching: KV, MV &amp; CBCT-based alignment</w:t>
      </w:r>
    </w:p>
    <w:p w14:paraId="46C58685" w14:textId="77777777" w:rsidR="005C1D4E" w:rsidRDefault="00C3143A">
      <w:r>
        <w:t xml:space="preserve"> Additional:</w:t>
      </w:r>
    </w:p>
    <w:p w14:paraId="08A4C633" w14:textId="5DBA4EA7" w:rsidR="0090270E" w:rsidRDefault="00C3143A">
      <w:r>
        <w:t xml:space="preserve"> </w:t>
      </w:r>
      <w:r w:rsidR="005E7854">
        <w:t>1.</w:t>
      </w:r>
      <w:r>
        <w:t xml:space="preserve"> Patient slot scheduling</w:t>
      </w:r>
      <w:r>
        <w:br/>
        <w:t xml:space="preserve"> </w:t>
      </w:r>
      <w:r w:rsidR="005C1D4E">
        <w:t>2</w:t>
      </w:r>
      <w:r w:rsidR="005E7854">
        <w:t>.</w:t>
      </w:r>
      <w:r>
        <w:t>Extended CBCT mode &amp; offline review</w:t>
      </w:r>
      <w:r>
        <w:br/>
      </w:r>
    </w:p>
    <w:p w14:paraId="34543572" w14:textId="2ABCD01B" w:rsidR="0090270E" w:rsidRDefault="00C3143A">
      <w:pPr>
        <w:pStyle w:val="Heading2"/>
      </w:pPr>
      <w:r>
        <w:t>PERS</w:t>
      </w:r>
      <w:r w:rsidR="00602D9E">
        <w:t>0</w:t>
      </w:r>
      <w:r>
        <w:t>ONAL DETAILS</w:t>
      </w:r>
    </w:p>
    <w:p w14:paraId="187524D0" w14:textId="36A780FB" w:rsidR="0090270E" w:rsidRDefault="00C3143A">
      <w:r>
        <w:t xml:space="preserve"> Name:</w:t>
      </w:r>
      <w:r w:rsidR="00602D9E">
        <w:t xml:space="preserve">                     </w:t>
      </w:r>
      <w:r>
        <w:t xml:space="preserve"> R. Manisha</w:t>
      </w:r>
      <w:r>
        <w:br/>
        <w:t xml:space="preserve">Address: </w:t>
      </w:r>
      <w:r w:rsidR="00602D9E">
        <w:t xml:space="preserve">                1</w:t>
      </w:r>
      <w:r w:rsidR="00231D50">
        <w:t xml:space="preserve">69,n.g.g.o </w:t>
      </w:r>
      <w:proofErr w:type="spellStart"/>
      <w:r w:rsidR="00231D50">
        <w:t>nagar</w:t>
      </w:r>
      <w:proofErr w:type="spellEnd"/>
      <w:r>
        <w:t>, C</w:t>
      </w:r>
      <w:r w:rsidR="00231D50">
        <w:t xml:space="preserve">hengalpattu </w:t>
      </w:r>
      <w:r>
        <w:t>District</w:t>
      </w:r>
      <w:r>
        <w:br/>
        <w:t>Mobile:</w:t>
      </w:r>
      <w:r w:rsidR="00602D9E">
        <w:t xml:space="preserve">                    9</w:t>
      </w:r>
      <w:r>
        <w:t>159081634</w:t>
      </w:r>
      <w:r>
        <w:br/>
        <w:t xml:space="preserve">Date of Birth: </w:t>
      </w:r>
      <w:r w:rsidR="00602D9E">
        <w:t xml:space="preserve">        </w:t>
      </w:r>
      <w:r>
        <w:t>24-12-2002</w:t>
      </w:r>
      <w:r>
        <w:br/>
        <w:t xml:space="preserve">Gender: </w:t>
      </w:r>
      <w:r w:rsidR="00602D9E">
        <w:t xml:space="preserve">                  </w:t>
      </w:r>
      <w:r>
        <w:t>Female</w:t>
      </w:r>
      <w:r>
        <w:br/>
      </w:r>
    </w:p>
    <w:p w14:paraId="6111EFF7" w14:textId="77777777" w:rsidR="0090270E" w:rsidRDefault="00C3143A">
      <w:pPr>
        <w:pStyle w:val="Heading2"/>
      </w:pPr>
      <w:r>
        <w:t>DECLARATION</w:t>
      </w:r>
    </w:p>
    <w:p w14:paraId="2660DF91" w14:textId="4C6B5EA4" w:rsidR="005C1D4E" w:rsidRDefault="00C3143A" w:rsidP="00411040">
      <w:r>
        <w:t>I hereby declare that all the information furnished above is true and correct to the best of my knowledge and belief. Internship training certificate is attached herewith.</w:t>
      </w:r>
      <w:r>
        <w:br/>
      </w:r>
      <w:r w:rsidR="00411040">
        <w:t xml:space="preserve">Place: Chengalpattu </w:t>
      </w:r>
    </w:p>
    <w:p w14:paraId="082FBD9C" w14:textId="7A44398D" w:rsidR="0090270E" w:rsidRDefault="00827C6C" w:rsidP="00411040">
      <w:r>
        <w:t xml:space="preserve">                                                                                    </w:t>
      </w:r>
      <w:r w:rsidR="00C3143A">
        <w:t>Yours faithfully,</w:t>
      </w:r>
      <w:r w:rsidR="00C3143A">
        <w:br/>
      </w:r>
      <w:r w:rsidR="00411040">
        <w:t xml:space="preserve">                                                                                         </w:t>
      </w:r>
      <w:proofErr w:type="spellStart"/>
      <w:r w:rsidR="00A77B3A">
        <w:t>R.Manisha</w:t>
      </w:r>
      <w:proofErr w:type="spellEnd"/>
      <w:r w:rsidR="00C3143A">
        <w:br/>
      </w:r>
    </w:p>
    <w:sectPr w:rsidR="009027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C51F" w14:textId="77777777" w:rsidR="00CB31A1" w:rsidRDefault="00CB31A1" w:rsidP="00CB31A1">
      <w:pPr>
        <w:spacing w:after="0" w:line="240" w:lineRule="auto"/>
      </w:pPr>
      <w:r>
        <w:separator/>
      </w:r>
    </w:p>
  </w:endnote>
  <w:endnote w:type="continuationSeparator" w:id="0">
    <w:p w14:paraId="4A59B1EF" w14:textId="77777777" w:rsidR="00CB31A1" w:rsidRDefault="00CB31A1" w:rsidP="00CB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1F834" w14:textId="77777777" w:rsidR="00CB31A1" w:rsidRDefault="00CB31A1" w:rsidP="00CB31A1">
      <w:pPr>
        <w:spacing w:after="0" w:line="240" w:lineRule="auto"/>
      </w:pPr>
      <w:r>
        <w:separator/>
      </w:r>
    </w:p>
  </w:footnote>
  <w:footnote w:type="continuationSeparator" w:id="0">
    <w:p w14:paraId="536B3086" w14:textId="77777777" w:rsidR="00CB31A1" w:rsidRDefault="00CB31A1" w:rsidP="00CB3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9A3FD2"/>
    <w:multiLevelType w:val="hybridMultilevel"/>
    <w:tmpl w:val="527C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73304"/>
    <w:multiLevelType w:val="hybridMultilevel"/>
    <w:tmpl w:val="9A261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90186"/>
    <w:multiLevelType w:val="hybridMultilevel"/>
    <w:tmpl w:val="4E7A0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76B11"/>
    <w:multiLevelType w:val="hybridMultilevel"/>
    <w:tmpl w:val="94AAB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4322F"/>
    <w:multiLevelType w:val="hybridMultilevel"/>
    <w:tmpl w:val="BF6E9A7C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C4699"/>
    <w:multiLevelType w:val="hybridMultilevel"/>
    <w:tmpl w:val="44841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873AA"/>
    <w:multiLevelType w:val="hybridMultilevel"/>
    <w:tmpl w:val="0388D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36CCE"/>
    <w:multiLevelType w:val="hybridMultilevel"/>
    <w:tmpl w:val="C8F4C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26A73"/>
    <w:multiLevelType w:val="hybridMultilevel"/>
    <w:tmpl w:val="FECA3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E22CE"/>
    <w:multiLevelType w:val="hybridMultilevel"/>
    <w:tmpl w:val="88405F84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65DB4"/>
    <w:multiLevelType w:val="hybridMultilevel"/>
    <w:tmpl w:val="33E2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139420">
    <w:abstractNumId w:val="8"/>
  </w:num>
  <w:num w:numId="2" w16cid:durableId="1854107290">
    <w:abstractNumId w:val="6"/>
  </w:num>
  <w:num w:numId="3" w16cid:durableId="414403282">
    <w:abstractNumId w:val="5"/>
  </w:num>
  <w:num w:numId="4" w16cid:durableId="1543713428">
    <w:abstractNumId w:val="4"/>
  </w:num>
  <w:num w:numId="5" w16cid:durableId="1431585072">
    <w:abstractNumId w:val="7"/>
  </w:num>
  <w:num w:numId="6" w16cid:durableId="2084571172">
    <w:abstractNumId w:val="3"/>
  </w:num>
  <w:num w:numId="7" w16cid:durableId="1058631508">
    <w:abstractNumId w:val="2"/>
  </w:num>
  <w:num w:numId="8" w16cid:durableId="196158673">
    <w:abstractNumId w:val="1"/>
  </w:num>
  <w:num w:numId="9" w16cid:durableId="1794328463">
    <w:abstractNumId w:val="0"/>
  </w:num>
  <w:num w:numId="10" w16cid:durableId="774326812">
    <w:abstractNumId w:val="16"/>
  </w:num>
  <w:num w:numId="11" w16cid:durableId="2046128513">
    <w:abstractNumId w:val="12"/>
  </w:num>
  <w:num w:numId="12" w16cid:durableId="2112898833">
    <w:abstractNumId w:val="9"/>
  </w:num>
  <w:num w:numId="13" w16cid:durableId="1917662326">
    <w:abstractNumId w:val="18"/>
  </w:num>
  <w:num w:numId="14" w16cid:durableId="1427338045">
    <w:abstractNumId w:val="13"/>
  </w:num>
  <w:num w:numId="15" w16cid:durableId="1629513059">
    <w:abstractNumId w:val="15"/>
  </w:num>
  <w:num w:numId="16" w16cid:durableId="429591310">
    <w:abstractNumId w:val="17"/>
  </w:num>
  <w:num w:numId="17" w16cid:durableId="977757326">
    <w:abstractNumId w:val="19"/>
  </w:num>
  <w:num w:numId="18" w16cid:durableId="1076123868">
    <w:abstractNumId w:val="14"/>
  </w:num>
  <w:num w:numId="19" w16cid:durableId="1998654541">
    <w:abstractNumId w:val="10"/>
  </w:num>
  <w:num w:numId="20" w16cid:durableId="1443974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FC0"/>
    <w:rsid w:val="00031AD9"/>
    <w:rsid w:val="00034616"/>
    <w:rsid w:val="00046DB2"/>
    <w:rsid w:val="00047E42"/>
    <w:rsid w:val="0006063C"/>
    <w:rsid w:val="000724AF"/>
    <w:rsid w:val="000A0130"/>
    <w:rsid w:val="00104620"/>
    <w:rsid w:val="001062A3"/>
    <w:rsid w:val="00116D46"/>
    <w:rsid w:val="0015074B"/>
    <w:rsid w:val="00163AD2"/>
    <w:rsid w:val="00223D12"/>
    <w:rsid w:val="00231D50"/>
    <w:rsid w:val="00252FFB"/>
    <w:rsid w:val="0029639D"/>
    <w:rsid w:val="002B3A7B"/>
    <w:rsid w:val="00326F90"/>
    <w:rsid w:val="003607F3"/>
    <w:rsid w:val="003C33C9"/>
    <w:rsid w:val="003F34AF"/>
    <w:rsid w:val="00411040"/>
    <w:rsid w:val="00412141"/>
    <w:rsid w:val="00426585"/>
    <w:rsid w:val="00440B17"/>
    <w:rsid w:val="004F3931"/>
    <w:rsid w:val="005C1D4E"/>
    <w:rsid w:val="005E7854"/>
    <w:rsid w:val="005F0A91"/>
    <w:rsid w:val="00601A45"/>
    <w:rsid w:val="00602D9E"/>
    <w:rsid w:val="0075301B"/>
    <w:rsid w:val="007868C0"/>
    <w:rsid w:val="007B0CFE"/>
    <w:rsid w:val="007C34C4"/>
    <w:rsid w:val="007D49C0"/>
    <w:rsid w:val="007D75E8"/>
    <w:rsid w:val="00827C6C"/>
    <w:rsid w:val="008771EC"/>
    <w:rsid w:val="00897367"/>
    <w:rsid w:val="008F3E1D"/>
    <w:rsid w:val="0090270E"/>
    <w:rsid w:val="00922F75"/>
    <w:rsid w:val="00A04BAC"/>
    <w:rsid w:val="00A77B3A"/>
    <w:rsid w:val="00AA1D8D"/>
    <w:rsid w:val="00AC0A17"/>
    <w:rsid w:val="00AC1992"/>
    <w:rsid w:val="00B47730"/>
    <w:rsid w:val="00B57ECC"/>
    <w:rsid w:val="00BC7DC0"/>
    <w:rsid w:val="00BE4128"/>
    <w:rsid w:val="00C230ED"/>
    <w:rsid w:val="00C3143A"/>
    <w:rsid w:val="00C65561"/>
    <w:rsid w:val="00CA32DB"/>
    <w:rsid w:val="00CB0664"/>
    <w:rsid w:val="00CB31A1"/>
    <w:rsid w:val="00CC60F1"/>
    <w:rsid w:val="00CE6F95"/>
    <w:rsid w:val="00D169AC"/>
    <w:rsid w:val="00D27A0C"/>
    <w:rsid w:val="00D659F2"/>
    <w:rsid w:val="00DB0F3A"/>
    <w:rsid w:val="00F91A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4241BB"/>
  <w14:defaultImageDpi w14:val="300"/>
  <w15:docId w15:val="{6C5317BA-CD93-9245-8400-8B2E8A6A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Manisha R</cp:lastModifiedBy>
  <cp:revision>2</cp:revision>
  <dcterms:created xsi:type="dcterms:W3CDTF">2026-06-22T16:11:00Z</dcterms:created>
  <dcterms:modified xsi:type="dcterms:W3CDTF">2026-06-22T16:11:00Z</dcterms:modified>
  <cp:category/>
</cp:coreProperties>
</file>